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– מדריך למורה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1F6F8B"/>
          <w:sz w:val="26"/>
          <w:rtl w:val="1"/>
          <w:szCs w:val="26"/>
        </w:rPr>
        <w:t>גמישים בדרך, יציבים במטרה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6A7A70"/>
          <w:sz w:val="19"/>
          <w:rtl w:val="1"/>
          <w:szCs w:val="19"/>
        </w:rPr>
        <w:t>ערכה להדפסה • גמישות מחשבתית • פדגוגיה רגשית-חברתית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⏰ מערך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"מחשבים מסלול מחדש"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מתי ההודעה הזאת מופיעה באפליקציית ניווט? מה היא מלמדת? מציגים את ארבעת כפתורי "הנווט הפנימי".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🎋 קשיח או גמיש?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ממיינים במליאה מחשבות מהאתר (מקרינים). כל זוג מחליט ומנמק.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🧭 מחשבים מסלול מחדש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קבוצות מקבלות קלף שינוי-בתוכנית, בוחרות תגובה ומנסחות תוכנית ב׳ משלהן. מציגות בקצרה.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27–35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⏳ עוד לא / 🎯 מה בידיים שלי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יסודי ועולים: "עוד לא". חט״ב: שניהם. חט״ע: מלכודות חשיבה + טיעון נגדי.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35–40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🔁 משחק ההחלפה + 🌬️ עש״ן ד״ק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מתנסים 60 שניות במשחק, מדברים על "מחיר ההחלפה", וסוגרים בנשימה.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🎫 כרטיס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ממלא/ת כרטיס. נפרדים במשפט: "גמישים בדרך, יציבים במטרה".</w:t>
            </w:r>
          </w:p>
        </w:tc>
      </w:tr>
    </w:tbl>
    <w:p/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⚡ גרסת 10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0–2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הודעת הניווט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"מחשב מסלול מחדש" – מה זה אומר עלינו?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2–8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כלי אחד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בוחרים כלי אחד מהאתר ומשחקים בו במליאה (מומלץ: 🧭 או ⏳).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8–10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משפט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"עוד לא ___, אבל ___".</w:t>
            </w:r>
          </w:p>
        </w:tc>
      </w:tr>
    </w:tbl>
    <w:p/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💡 טיפים להנחיה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מדגימים בעצמכם: "התוכנית שלי לשיעור השתנתה – הנה תוכנית ב׳". גמישות נלמדת מחיקוי.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לא ממהרים לתקן מחשבה קשיחה. קודם מכירים ברגש ("זה באמת מתסכל"), ורק אחר כך מחפשים דרך.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"עוד לא" בלי תוכנית הוא סיסמה. תמיד מוסיפים: "ומה הצעד הבא?"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בכל פעילות יש יותר מתשובה טובה אחת – מזמינים "גם וגם" במקום "או-או".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עולים: קוראים בקול, מסתמכים על בנק המילים, מאפשרים לענות גם בשפת האם.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חנ״מ: כרטיסי תמונה, בחירה בין שתי אפשרויות, הרבה חיזוק חיובי, אפשר להצביע במקום לכתוב.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ברוח מעש״ה: מחויבות ("אני כאן איתכם"), עידוד לפעילות יעילה ("מה אפשר לעשות עכשיו?"), שאלות (שואלים לפני שמפרשים) והבניית רצף (מה קרה, מה עכשיו, מה הלאה).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🌉 גש״ר מאח״ד בערכה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ערוץ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איפה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גוף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🌬️ עש״ן ד״ק ונשימה מונחית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שכל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🪤 מלכודות חשיבה ו🔁 משחק ההחלפה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רגש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🎋 קשיח או גמיש – לתת שם לתסכול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מ״א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מערכת אמונות וערכים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🎯 גמישים בדרך, יציבים במטרה ובערכים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חברה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🧭 תוכנית ב׳ בקבוצה, 👀 מבט מהצד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דמיון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⏳ לדמיין את עצמי "אחרי ה'עוד לא'"</w:t>
            </w:r>
          </w:p>
        </w:tc>
      </w:tr>
    </w:tbl>
    <w:p/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🔬 לחט״ע – מה המחקר אומר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מה זה?: חוקרים מתארים שלוש "פונקציות ניהוליות" מרכזיות במוח: עיכוב (לעצור תגובה אוטומטית), זיכרון עבודה (להחזיק מידע בראש) וגמישות קוגניטיבית (לעבור בין כללים ונקודות מבט). הן נשענות במידה רבה על האונה המצחית, שממשיכה להבשיל עד שנות העשרים.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"מחיר ההחלפה": בניסויים שבהם עוברים בין שתי מטלות, אנשים עונים לאט יותר ושוגים יותר מיד אחרי החלפת כלל. זה קורה לכולם – גם למבוגרים. לכן ריבוי משימות (למשל הודעות תוך כדי למידה) גובה מחיר.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אפשר לאמן?: גמישות מתחזקת דרך פעילויות שדורשות להתאים את עצמנו – משחקי חשיבה, ספורט קבוצתי, נגינה, תיאטרון, למידת שפה – ומושפעת גם משינה, תנועה ומצב רוח. אימון במשחק אחד לבד משפר בעיקר את המשחק עצמו; ההעברה לחיים קורית כשמתרגלים במצבים מגוונים.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גמישות ≠ ויתור: גמישות בריאה מתאימה את הדרך למציאות ולערכים. מול פגיעה, חרם או אלימות לא מתבקשים "להתגמש" – פונים למבוגר/ת ופועלים לפי הנהלים.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🎞️ מתווה מצגת בסגנון תלת-ממדי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#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כותרת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רעיון לאיור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🎋 מתגמשים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דמות תלת-ממדית חמודה של נבט במבוק עם אוזניות, על רקע שקיעה רכה.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"מחשב מסלול מחדש"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מכונית צעצוע תלת-ממדית מול חסימה בכביש, חץ זוהר מראה דרך עוקפת.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קשיח או גמיש?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מקל יבש שבור לצד גומייה צבעונית שנמתחת וחוזרת.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ארבעת כפתורי הנווט הפנימי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לוח מחוונים תלת-ממדי עם 4 כפתורים: 🔀 ⏳ 🎯 👀.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עוד לא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שעון חול חמוד שמחייך, חול זורם לכיוון כוכב.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6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מה בידיים שלי?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שתי ידיים מחזיקות כדור זוהר; עננים מרחפים מחוץ למעגל.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מלכודות חשיבה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מלכודת עכברים מצוירת עם בלון מחשבה; דמות קטנה עוקפת אותה.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8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עש״ן ד״ק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חמש אבני מדרך צבעוניות בנחל, על כל אחת אות.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9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"גמישים בדרך, יציבים במטרה" – דמות הבמבוק מנופפת לשלום.</w:t>
            </w:r>
          </w:p>
        </w:tc>
      </w:tr>
    </w:tbl>
    <w:p/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🤝 מרחב בטוח</w:t>
      </w:r>
    </w:p>
    <w:p>
      <w:pPr>
        <w:bidi w:val="1"/>
        <w:spacing w:after="80"/>
        <w:jc w:val="right"/>
        <w:shd w:val="clear" w:color="auto" w:fill="EEF4FF"/>
      </w:pPr>
      <w:r>
        <w:rPr>
          <w:rFonts w:ascii="Arial" w:hAnsi="Arial" w:cs="Arial"/>
          <w:b w:val="0"/>
          <w:color w:val="0B3D5B"/>
          <w:sz w:val="21"/>
          <w:rtl w:val="1"/>
          <w:szCs w:val="21"/>
        </w:rPr>
        <w:t>השיתוף הוא בחירה: אפשר לבחור דוגמה קטנה, ואפשר לכתוב בלי להראות לאף אחד. זו פעילות של תמיכה ולמידה – לא טיפול. כשעולה קושי אמיתי (פרידה, מעבר, מחלה במשפחה) מודים, לא שואלים פרטים מול הכיתה, וחוזרים לזה בשיחה אישית. כל חשש לפגיעה, מצוקה מתמשכת או סיכון – מעבירים באותו יום ליועצת. גמישות לא מתאימה לכל מצב: מול פגיעה, חרם או אלימות לא מבקשים מאף אחד "להתגמש" – פועלים לפי הנהלים.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🎋 מתגמשים – גמישות מחשבתית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