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קלפים לגזירה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קלפי שינוי-בתוכנית, קלפי "עוד לא" וקלפי "בידיים שלי"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גוזרים לאורך הקווים המקווקווים. מומלץ להדפיס על בריסטול.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🧭 קלפי שינוי: כל קבוצה שולפת קלף, מנסחת 2 תוכניות ב׳ ובוחרת אחת. בחט״ע מוסיפים טיעון נגדי.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⏳ קלפי "עוד לא": קוראים בקול את המשפט התקוע; מי שמחזיק/ה את הקלף מנסח/ת אותו מחדש.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🎯 קלפי מיון: מניחים על הלוח שני עיגולים ומדביקים כל קלף במקום.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• 🧩 חנ״מ: משתמשים בקלפי התמונה – בחירה בין שתיים.</w:t>
      </w:r>
    </w:p>
    <w:p>
      <w:r>
        <w:br w:type="page"/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🧭 קלפי שינוי בתוכנית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⚽ המגרש תפוס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יצאתם להפסקה לשחק כדורגל – והמגרש תפוס על ידי כיתה אחרת.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🎂 העוגה נשרפה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הכנתם עוגה ליום הולדת של אחות קטנה – והיא קצת נשרפה למטה.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🧩 הפאזל לא מסתדר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אתם בונים פאזל וחלק אחד לא נכנס בשום מקום.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🎒 יסודי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🚌 הטיול בוטל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הטיול השנתי נדחה בגלל מזג אוויר.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🧭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📱 הטלפון נגמרה לו הסוללה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קבעת עם חברים במרכז העיר, והסוללה נגמרה לפני שסגרתם איפה בדיוק.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🧭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📝 מבחן הוקדם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המורה הודיעה שהמבחן הוקדם ביומיים.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🧭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🎤 שינוי בקבוצה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בעבודה הקבוצתית חבר/ה עבר/ה לקבוצה אחרת יום לפני ההגשה.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🧭 חט״ב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🏀 לא נבחרתי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לא נבחרת לנבחרת השכבה.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🎓 לא התקבלתי למגמה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לא התקבלת למגמה שרצית בכיתה י׳.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💼 העבודה במשמרת בוטלה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תכננת לחסוך ממשמרות בקיץ, ומקום העבודה הודיע שאין משמרות החודש.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🗳️ ויכוח בכיתה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בדיון בשיעור אזרחות מישהו/י הביא/ה נתון שסותר את מה שאמרת.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🧭 🎓 חט״ע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🎒 תוכנית הטיול השתנתה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מסלול הטיול השנתי שונה ברגע האחרון בגלל ביטחון.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תוכנית ב׳ שלכם?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⏳ קלפי "עוד לא"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יודע/ת לרכוב על אופניים.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מצליח/ה לקרוא את המילה הזאת.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גרוע/ה בחשבון.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אף פעם לא אצליח לקפוץ בחבל.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מבין/ה אנגלית.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טיפוס של מדעים.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נכשלתי, זה סימן שאני לא מתאים/ה.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אין סיכוי שאדבר מול הכיתה.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אין לי כישרון לכתיבה.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מסוגל/ת להבין פיזיקה.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כבר מאוחר מדי לשנות כיוון.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⏳ עוד לא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אני לא אדם של מנהיגות.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↓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נסחו מחדש עם "עוד לא" + צעד הבא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🎯 קלפי "מה בידיים שלי?"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כמה זמן אני משקיע/ה בלמידה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איזה ציון יקבלו אחרים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איך אני מגיב/ה לתגובה פוגענית ברשת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מה אנשים יכתבו עליי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כמה שעות אני ישן/ה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החלטות של משרד החינוך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לבקש הארכה בזמן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מצב רוח של המורה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עם מי אני מבלה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🎯 מיון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תוצאות המשחק אתמול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בידיים שלי / לא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🪥 לצחצח שיניים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🌧️ גשם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🙋 לבקש עזרה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🚌 אוטובוס מאחר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🌬️ לנשום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🧩 חנ״מ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🔔 צלצול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333333"/>
                <w:sz w:val="20"/>
                <w:rtl w:val="1"/>
                <w:szCs w:val="20"/>
              </w:rPr>
              <w:t>✋ / ☁️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